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502BA" w14:textId="45833098" w:rsidR="00DF47D8" w:rsidRPr="00BC202F" w:rsidRDefault="001A64DB" w:rsidP="00F473EB">
      <w:pPr>
        <w:tabs>
          <w:tab w:val="right" w:pos="8640"/>
        </w:tabs>
        <w:spacing w:after="40" w:line="360" w:lineRule="exact"/>
        <w:rPr>
          <w:szCs w:val="21"/>
          <w:lang w:eastAsia="ja-JP"/>
        </w:rPr>
      </w:pPr>
      <w:proofErr w:type="spellStart"/>
      <w:r w:rsidRPr="00BC202F">
        <w:rPr>
          <w:szCs w:val="21"/>
        </w:rPr>
        <w:t>釧路市宿泊施設受入環境整備補助金</w:t>
      </w:r>
      <w:proofErr w:type="spellEnd"/>
      <w:r w:rsidRPr="00BC202F">
        <w:rPr>
          <w:szCs w:val="21"/>
        </w:rPr>
        <w:tab/>
        <w:t>（様式１）</w:t>
      </w:r>
    </w:p>
    <w:tbl>
      <w:tblPr>
        <w:tblStyle w:val="af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DF47D8" w14:paraId="0A86CB33" w14:textId="77777777" w:rsidTr="00DE053A">
        <w:trPr>
          <w:jc w:val="center"/>
        </w:trPr>
        <w:tc>
          <w:tcPr>
            <w:tcW w:w="7937" w:type="dxa"/>
          </w:tcPr>
          <w:p w14:paraId="3FE68B9D" w14:textId="672B4EB4" w:rsidR="00DF47D8" w:rsidRPr="00BC202F" w:rsidRDefault="001A64DB">
            <w:pPr>
              <w:spacing w:before="80" w:after="80"/>
              <w:jc w:val="center"/>
              <w:rPr>
                <w:bCs/>
              </w:rPr>
            </w:pPr>
            <w:proofErr w:type="spellStart"/>
            <w:r w:rsidRPr="00BC202F">
              <w:rPr>
                <w:bCs/>
                <w:sz w:val="28"/>
              </w:rPr>
              <w:t>釧路市</w:t>
            </w:r>
            <w:r w:rsidR="00DE053A" w:rsidRPr="00BC202F">
              <w:rPr>
                <w:rFonts w:hint="eastAsia"/>
                <w:bCs/>
                <w:sz w:val="28"/>
              </w:rPr>
              <w:t>宿泊施設受入環境整備補助金交付申請書</w:t>
            </w:r>
            <w:proofErr w:type="spellEnd"/>
          </w:p>
        </w:tc>
      </w:tr>
    </w:tbl>
    <w:p w14:paraId="313889ED" w14:textId="08421410" w:rsidR="00DF47D8" w:rsidRDefault="001A64DB" w:rsidP="004C768F">
      <w:pPr>
        <w:spacing w:before="40" w:after="40"/>
        <w:jc w:val="right"/>
        <w:rPr>
          <w:lang w:eastAsia="ja-JP"/>
        </w:rPr>
      </w:pPr>
      <w:r>
        <w:t xml:space="preserve">　　</w:t>
      </w:r>
      <w:r w:rsidR="00377FB4">
        <w:rPr>
          <w:rFonts w:hint="eastAsia"/>
          <w:color w:val="FF0000"/>
          <w:lang w:eastAsia="ja-JP"/>
        </w:rPr>
        <w:t>2026</w:t>
      </w:r>
      <w:r>
        <w:rPr>
          <w:lang w:eastAsia="ja-JP"/>
        </w:rPr>
        <w:t>年</w:t>
      </w:r>
      <w:r w:rsidR="00E1133B" w:rsidRPr="00E1133B">
        <w:rPr>
          <w:rFonts w:hint="eastAsia"/>
          <w:color w:val="FF0000"/>
          <w:lang w:eastAsia="ja-JP"/>
        </w:rPr>
        <w:t>●●</w:t>
      </w:r>
      <w:r>
        <w:rPr>
          <w:lang w:eastAsia="ja-JP"/>
        </w:rPr>
        <w:t>月</w:t>
      </w:r>
      <w:r w:rsidR="00E1133B" w:rsidRPr="00E1133B">
        <w:rPr>
          <w:rFonts w:hint="eastAsia"/>
          <w:color w:val="FF0000"/>
          <w:lang w:eastAsia="ja-JP"/>
        </w:rPr>
        <w:t>●●</w:t>
      </w:r>
      <w:r>
        <w:rPr>
          <w:lang w:eastAsia="ja-JP"/>
        </w:rPr>
        <w:t>日</w:t>
      </w:r>
    </w:p>
    <w:p w14:paraId="7227A7C6" w14:textId="62533C58" w:rsidR="00837ED0" w:rsidRDefault="001A64DB">
      <w:pPr>
        <w:spacing w:before="40" w:after="40" w:line="360" w:lineRule="exact"/>
        <w:rPr>
          <w:lang w:eastAsia="ja-JP"/>
        </w:rPr>
      </w:pPr>
      <w:r>
        <w:rPr>
          <w:lang w:eastAsia="ja-JP"/>
        </w:rPr>
        <w:t>釧路市長　　あて</w:t>
      </w:r>
    </w:p>
    <w:p w14:paraId="3F1E0F86" w14:textId="77777777" w:rsidR="00F20B89" w:rsidRDefault="00F20B89">
      <w:pPr>
        <w:spacing w:before="40" w:after="40" w:line="360" w:lineRule="exact"/>
        <w:rPr>
          <w:lang w:eastAsia="ja-JP"/>
        </w:rPr>
      </w:pPr>
    </w:p>
    <w:p w14:paraId="25A42D2F" w14:textId="40F37995" w:rsidR="00837ED0" w:rsidRPr="00837ED0" w:rsidRDefault="00837ED0">
      <w:pPr>
        <w:spacing w:before="40" w:after="40" w:line="360" w:lineRule="exact"/>
        <w:rPr>
          <w:b/>
          <w:bCs/>
          <w:lang w:eastAsia="ja-JP"/>
        </w:rPr>
      </w:pPr>
      <w:r w:rsidRPr="00837ED0">
        <w:rPr>
          <w:rFonts w:hint="eastAsia"/>
          <w:b/>
          <w:bCs/>
          <w:lang w:eastAsia="ja-JP"/>
        </w:rPr>
        <w:t>申請者（法人・個人事業者）</w:t>
      </w:r>
      <w:r w:rsidR="00FE5DA9">
        <w:rPr>
          <w:rFonts w:hint="eastAsia"/>
          <w:b/>
          <w:bCs/>
          <w:lang w:eastAsia="ja-JP"/>
        </w:rPr>
        <w:t>情報</w:t>
      </w:r>
    </w:p>
    <w:tbl>
      <w:tblPr>
        <w:tblStyle w:val="afe"/>
        <w:tblW w:w="0" w:type="auto"/>
        <w:tblLook w:val="04A0" w:firstRow="1" w:lastRow="0" w:firstColumn="1" w:lastColumn="0" w:noHBand="0" w:noVBand="1"/>
      </w:tblPr>
      <w:tblGrid>
        <w:gridCol w:w="2326"/>
        <w:gridCol w:w="1667"/>
        <w:gridCol w:w="4727"/>
      </w:tblGrid>
      <w:tr w:rsidR="00DF47D8" w14:paraId="69320AB1" w14:textId="77777777" w:rsidTr="00BC202F">
        <w:trPr>
          <w:trHeight w:val="663"/>
        </w:trPr>
        <w:tc>
          <w:tcPr>
            <w:tcW w:w="2376" w:type="dxa"/>
            <w:shd w:val="clear" w:color="auto" w:fill="D9D9D9"/>
            <w:vAlign w:val="center"/>
          </w:tcPr>
          <w:p w14:paraId="431EE29A" w14:textId="5FC24A88" w:rsidR="00DF47D8" w:rsidRDefault="001A64DB" w:rsidP="003126D1">
            <w:pPr>
              <w:spacing w:before="20" w:after="20" w:line="320" w:lineRule="exact"/>
              <w:ind w:firstLineChars="200" w:firstLine="422"/>
            </w:pPr>
            <w:r>
              <w:rPr>
                <w:b/>
              </w:rPr>
              <w:t>住</w:t>
            </w:r>
            <w:r w:rsidR="003126D1">
              <w:rPr>
                <w:rFonts w:hint="eastAsia"/>
                <w:b/>
                <w:lang w:eastAsia="ja-JP"/>
              </w:rPr>
              <w:t xml:space="preserve">　</w:t>
            </w:r>
            <w:r>
              <w:rPr>
                <w:b/>
              </w:rPr>
              <w:t>所</w:t>
            </w:r>
          </w:p>
        </w:tc>
        <w:tc>
          <w:tcPr>
            <w:tcW w:w="6521" w:type="dxa"/>
            <w:gridSpan w:val="2"/>
          </w:tcPr>
          <w:p w14:paraId="3E324836" w14:textId="1B08CD60" w:rsidR="000C6661" w:rsidRDefault="000C6661" w:rsidP="000C6661">
            <w:pPr>
              <w:autoSpaceDE w:val="0"/>
              <w:autoSpaceDN w:val="0"/>
              <w:rPr>
                <w:lang w:eastAsia="ja-JP"/>
              </w:rPr>
            </w:pPr>
            <w:r>
              <w:rPr>
                <w:rFonts w:hint="eastAsia"/>
                <w:lang w:eastAsia="ja-JP"/>
              </w:rPr>
              <w:t>〒</w:t>
            </w:r>
            <w:r w:rsidR="00E1133B" w:rsidRPr="00E1133B">
              <w:rPr>
                <w:color w:val="FF0000"/>
                <w:lang w:eastAsia="ja-JP"/>
              </w:rPr>
              <w:t>085-8505</w:t>
            </w:r>
          </w:p>
          <w:p w14:paraId="5D1A9C77" w14:textId="6FBE2DBB" w:rsidR="00E1133B" w:rsidRDefault="00E1133B" w:rsidP="000C6661">
            <w:pPr>
              <w:autoSpaceDE w:val="0"/>
              <w:autoSpaceDN w:val="0"/>
              <w:rPr>
                <w:lang w:eastAsia="ja-JP"/>
              </w:rPr>
            </w:pPr>
            <w:r>
              <w:rPr>
                <w:rFonts w:hint="eastAsia"/>
                <w:lang w:eastAsia="ja-JP"/>
              </w:rPr>
              <w:t xml:space="preserve">　</w:t>
            </w:r>
            <w:r w:rsidRPr="00E1133B">
              <w:rPr>
                <w:rFonts w:hint="eastAsia"/>
                <w:color w:val="FF0000"/>
                <w:lang w:eastAsia="ja-JP"/>
              </w:rPr>
              <w:t>釧路市黒金町</w:t>
            </w:r>
            <w:r w:rsidRPr="00E1133B">
              <w:rPr>
                <w:color w:val="FF0000"/>
                <w:lang w:eastAsia="ja-JP"/>
              </w:rPr>
              <w:t>7丁目5番地</w:t>
            </w:r>
            <w:r>
              <w:rPr>
                <w:rFonts w:hint="eastAsia"/>
                <w:color w:val="FF0000"/>
                <w:lang w:eastAsia="ja-JP"/>
              </w:rPr>
              <w:t xml:space="preserve">　</w:t>
            </w:r>
          </w:p>
          <w:p w14:paraId="12E7FF19" w14:textId="2A092260" w:rsidR="00DF47D8" w:rsidRDefault="000C6661" w:rsidP="000C6661">
            <w:pPr>
              <w:spacing w:before="20" w:after="20" w:line="320" w:lineRule="exact"/>
              <w:rPr>
                <w:lang w:eastAsia="ja-JP"/>
              </w:rPr>
            </w:pPr>
            <w:r w:rsidRPr="001F4482">
              <w:rPr>
                <w:rFonts w:hint="eastAsia"/>
                <w:sz w:val="18"/>
                <w:szCs w:val="18"/>
                <w:lang w:eastAsia="ja-JP"/>
              </w:rPr>
              <w:t>※法人は登記住所、個人は本人確認書類の住所を記入してください。</w:t>
            </w:r>
          </w:p>
        </w:tc>
      </w:tr>
      <w:tr w:rsidR="00DF47D8" w14:paraId="1FA2F1FF" w14:textId="77777777" w:rsidTr="00BC202F">
        <w:trPr>
          <w:trHeight w:val="510"/>
        </w:trPr>
        <w:tc>
          <w:tcPr>
            <w:tcW w:w="2376" w:type="dxa"/>
            <w:shd w:val="clear" w:color="auto" w:fill="D9D9D9"/>
            <w:vAlign w:val="center"/>
          </w:tcPr>
          <w:p w14:paraId="3FD11360" w14:textId="1013321E" w:rsidR="00DF47D8" w:rsidRPr="003126D1" w:rsidRDefault="001A64DB" w:rsidP="00FC7DD3">
            <w:pPr>
              <w:spacing w:before="20" w:after="20" w:line="320" w:lineRule="exact"/>
              <w:ind w:firstLineChars="200" w:firstLine="422"/>
              <w:rPr>
                <w:b/>
                <w:lang w:eastAsia="ja-JP"/>
              </w:rPr>
            </w:pPr>
            <w:proofErr w:type="spellStart"/>
            <w:r>
              <w:rPr>
                <w:b/>
              </w:rPr>
              <w:t>法人名</w:t>
            </w:r>
            <w:proofErr w:type="spellEnd"/>
          </w:p>
        </w:tc>
        <w:tc>
          <w:tcPr>
            <w:tcW w:w="6521" w:type="dxa"/>
            <w:gridSpan w:val="2"/>
          </w:tcPr>
          <w:p w14:paraId="52E11301" w14:textId="7186E144" w:rsidR="00DF47D8" w:rsidRDefault="00E1133B">
            <w:pPr>
              <w:spacing w:before="20" w:after="20" w:line="320" w:lineRule="exact"/>
            </w:pPr>
            <w:r w:rsidRPr="00E1133B">
              <w:rPr>
                <w:rFonts w:hint="eastAsia"/>
                <w:color w:val="FF0000"/>
                <w:lang w:eastAsia="ja-JP"/>
              </w:rPr>
              <w:t xml:space="preserve">　株式会社</w:t>
            </w:r>
            <w:r>
              <w:rPr>
                <w:rFonts w:hint="eastAsia"/>
                <w:color w:val="FF0000"/>
                <w:lang w:eastAsia="ja-JP"/>
              </w:rPr>
              <w:t>くしろ</w:t>
            </w:r>
          </w:p>
        </w:tc>
      </w:tr>
      <w:tr w:rsidR="003126D1" w14:paraId="13C57CD1" w14:textId="77777777" w:rsidTr="00BC202F">
        <w:trPr>
          <w:trHeight w:val="510"/>
        </w:trPr>
        <w:tc>
          <w:tcPr>
            <w:tcW w:w="2376" w:type="dxa"/>
            <w:vMerge w:val="restart"/>
            <w:shd w:val="clear" w:color="auto" w:fill="D9D9D9"/>
            <w:vAlign w:val="center"/>
          </w:tcPr>
          <w:p w14:paraId="492A74F0" w14:textId="0D428142" w:rsidR="003126D1" w:rsidRPr="003C5393" w:rsidRDefault="000259A4" w:rsidP="00FC7DD3">
            <w:pPr>
              <w:spacing w:before="20" w:after="20" w:line="320" w:lineRule="exact"/>
              <w:ind w:firstLineChars="100" w:firstLine="211"/>
              <w:rPr>
                <w:b/>
                <w:lang w:eastAsia="ja-JP"/>
              </w:rPr>
            </w:pPr>
            <w:r w:rsidRPr="000259A4">
              <w:rPr>
                <w:b/>
                <w:lang w:eastAsia="ja-JP"/>
              </w:rPr>
              <w:t>代表者氏名（法人の場合）／事業者氏名（個人の場合）</w:t>
            </w:r>
          </w:p>
        </w:tc>
        <w:tc>
          <w:tcPr>
            <w:tcW w:w="6521" w:type="dxa"/>
            <w:gridSpan w:val="2"/>
          </w:tcPr>
          <w:p w14:paraId="7CD508F4" w14:textId="3CD5F7DD" w:rsidR="003126D1" w:rsidRDefault="00E1133B" w:rsidP="00E1133B">
            <w:pPr>
              <w:spacing w:before="20" w:after="20" w:line="320" w:lineRule="exact"/>
              <w:ind w:firstLineChars="100" w:firstLine="210"/>
              <w:rPr>
                <w:lang w:eastAsia="ja-JP"/>
              </w:rPr>
            </w:pPr>
            <w:r w:rsidRPr="00E1133B">
              <w:rPr>
                <w:rFonts w:hint="eastAsia"/>
                <w:color w:val="FF0000"/>
                <w:lang w:eastAsia="ja-JP"/>
              </w:rPr>
              <w:t>代表取締役</w:t>
            </w:r>
            <w:r w:rsidRPr="00E1133B">
              <w:rPr>
                <w:color w:val="FF0000"/>
                <w:lang w:eastAsia="ja-JP"/>
              </w:rPr>
              <w:t xml:space="preserve"> </w:t>
            </w:r>
            <w:r>
              <w:rPr>
                <w:rFonts w:hint="eastAsia"/>
                <w:color w:val="FF0000"/>
                <w:lang w:eastAsia="ja-JP"/>
              </w:rPr>
              <w:t xml:space="preserve">　釧路　</w:t>
            </w:r>
            <w:r w:rsidRPr="00E1133B">
              <w:rPr>
                <w:color w:val="FF0000"/>
                <w:lang w:eastAsia="ja-JP"/>
              </w:rPr>
              <w:t>太郎</w:t>
            </w:r>
          </w:p>
        </w:tc>
      </w:tr>
      <w:tr w:rsidR="003126D1" w14:paraId="638DF887" w14:textId="77777777" w:rsidTr="00BC202F">
        <w:trPr>
          <w:trHeight w:val="404"/>
        </w:trPr>
        <w:tc>
          <w:tcPr>
            <w:tcW w:w="2376" w:type="dxa"/>
            <w:vMerge/>
            <w:shd w:val="clear" w:color="auto" w:fill="D9D9D9"/>
            <w:vAlign w:val="center"/>
          </w:tcPr>
          <w:p w14:paraId="30D5F6E8" w14:textId="77777777" w:rsidR="003126D1" w:rsidRDefault="003126D1" w:rsidP="00DE053A">
            <w:pPr>
              <w:spacing w:before="20" w:after="20" w:line="320" w:lineRule="exact"/>
              <w:jc w:val="center"/>
              <w:rPr>
                <w:b/>
                <w:lang w:eastAsia="ja-JP"/>
              </w:rPr>
            </w:pPr>
          </w:p>
        </w:tc>
        <w:tc>
          <w:tcPr>
            <w:tcW w:w="1701" w:type="dxa"/>
          </w:tcPr>
          <w:p w14:paraId="60805CF6" w14:textId="451EE859" w:rsidR="003126D1" w:rsidRDefault="003126D1" w:rsidP="00F473EB">
            <w:pPr>
              <w:spacing w:before="20" w:after="20" w:line="320" w:lineRule="exact"/>
              <w:jc w:val="right"/>
              <w:rPr>
                <w:lang w:eastAsia="ja-JP"/>
              </w:rPr>
            </w:pPr>
            <w:r>
              <w:rPr>
                <w:rFonts w:hint="eastAsia"/>
                <w:lang w:eastAsia="ja-JP"/>
              </w:rPr>
              <w:t>法人番号</w:t>
            </w:r>
          </w:p>
        </w:tc>
        <w:tc>
          <w:tcPr>
            <w:tcW w:w="4820" w:type="dxa"/>
          </w:tcPr>
          <w:p w14:paraId="1B6DEF9C" w14:textId="578C2FC8" w:rsidR="003126D1" w:rsidRDefault="00BA6733">
            <w:pPr>
              <w:spacing w:before="20" w:after="20" w:line="320" w:lineRule="exact"/>
              <w:rPr>
                <w:lang w:eastAsia="ja-JP"/>
              </w:rPr>
            </w:pPr>
            <w:r>
              <w:rPr>
                <w:rFonts w:hint="eastAsia"/>
                <w:noProof/>
                <w:lang w:eastAsia="ja-JP"/>
              </w:rPr>
              <mc:AlternateContent>
                <mc:Choice Requires="wps">
                  <w:drawing>
                    <wp:anchor distT="0" distB="0" distL="114300" distR="114300" simplePos="0" relativeHeight="251658240" behindDoc="0" locked="0" layoutInCell="1" allowOverlap="1" wp14:anchorId="4936C4B6" wp14:editId="5F81B050">
                      <wp:simplePos x="0" y="0"/>
                      <wp:positionH relativeFrom="column">
                        <wp:posOffset>1270635</wp:posOffset>
                      </wp:positionH>
                      <wp:positionV relativeFrom="paragraph">
                        <wp:posOffset>179070</wp:posOffset>
                      </wp:positionV>
                      <wp:extent cx="2295525" cy="962025"/>
                      <wp:effectExtent l="1123950" t="19050" r="85725" b="104775"/>
                      <wp:wrapNone/>
                      <wp:docPr id="1" name="吹き出し: 角を丸めた四角形 1"/>
                      <wp:cNvGraphicFramePr/>
                      <a:graphic xmlns:a="http://schemas.openxmlformats.org/drawingml/2006/main">
                        <a:graphicData uri="http://schemas.microsoft.com/office/word/2010/wordprocessingShape">
                          <wps:wsp>
                            <wps:cNvSpPr/>
                            <wps:spPr>
                              <a:xfrm>
                                <a:off x="0" y="0"/>
                                <a:ext cx="2295525" cy="962025"/>
                              </a:xfrm>
                              <a:prstGeom prst="wedgeRoundRectCallout">
                                <a:avLst>
                                  <a:gd name="adj1" fmla="val -96855"/>
                                  <a:gd name="adj2" fmla="val 20411"/>
                                  <a:gd name="adj3" fmla="val 16667"/>
                                </a:avLst>
                              </a:prstGeom>
                              <a:solidFill>
                                <a:schemeClr val="bg1">
                                  <a:lumMod val="9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119F548" w14:textId="77777777" w:rsidR="00BA6733" w:rsidRDefault="00BA6733" w:rsidP="00BA6733">
                                  <w:pPr>
                                    <w:jc w:val="center"/>
                                    <w:rPr>
                                      <w:color w:val="FF0000"/>
                                      <w:szCs w:val="21"/>
                                      <w:lang w:eastAsia="ja-JP"/>
                                    </w:rPr>
                                  </w:pPr>
                                  <w:r>
                                    <w:rPr>
                                      <w:rFonts w:hint="eastAsia"/>
                                      <w:color w:val="FF0000"/>
                                      <w:szCs w:val="21"/>
                                      <w:lang w:eastAsia="ja-JP"/>
                                    </w:rPr>
                                    <w:t>※</w:t>
                                  </w:r>
                                  <w:r>
                                    <w:rPr>
                                      <w:rFonts w:hint="eastAsia"/>
                                      <w:color w:val="FF0000"/>
                                      <w:szCs w:val="21"/>
                                      <w:lang w:eastAsia="ja-JP"/>
                                    </w:rPr>
                                    <w:t>その他表記</w:t>
                                  </w:r>
                                </w:p>
                                <w:p w14:paraId="0BC7A227" w14:textId="33A174AE" w:rsidR="00BA6733" w:rsidRDefault="00BA6733" w:rsidP="00BA6733">
                                  <w:pPr>
                                    <w:jc w:val="center"/>
                                    <w:rPr>
                                      <w:lang w:eastAsia="ja-JP"/>
                                    </w:rPr>
                                  </w:pPr>
                                  <w:r w:rsidRPr="00E1133B">
                                    <w:rPr>
                                      <w:rFonts w:hint="eastAsia"/>
                                      <w:color w:val="FF0000"/>
                                      <w:szCs w:val="21"/>
                                      <w:lang w:eastAsia="ja-JP"/>
                                    </w:rPr>
                                    <w:t>釧保</w:t>
                                  </w:r>
                                  <w:r>
                                    <w:rPr>
                                      <w:rFonts w:hint="eastAsia"/>
                                      <w:color w:val="FF0000"/>
                                      <w:szCs w:val="21"/>
                                      <w:lang w:eastAsia="ja-JP"/>
                                    </w:rPr>
                                    <w:t>衛</w:t>
                                  </w:r>
                                  <w:r w:rsidRPr="00E1133B">
                                    <w:rPr>
                                      <w:rFonts w:hint="eastAsia"/>
                                      <w:color w:val="FF0000"/>
                                      <w:szCs w:val="21"/>
                                      <w:lang w:eastAsia="ja-JP"/>
                                    </w:rPr>
                                    <w:t>第●●●</w:t>
                                  </w:r>
                                  <w:r>
                                    <w:rPr>
                                      <w:rFonts w:hint="eastAsia"/>
                                      <w:color w:val="FF0000"/>
                                      <w:szCs w:val="21"/>
                                      <w:lang w:eastAsia="ja-JP"/>
                                    </w:rPr>
                                    <w:t>－▲▲</w:t>
                                  </w:r>
                                  <w:r w:rsidRPr="00E1133B">
                                    <w:rPr>
                                      <w:rFonts w:hint="eastAsia"/>
                                      <w:color w:val="FF0000"/>
                                      <w:szCs w:val="21"/>
                                      <w:lang w:eastAsia="ja-JP"/>
                                    </w:rPr>
                                    <w:t>号</w:t>
                                  </w:r>
                                  <w:r>
                                    <w:rPr>
                                      <w:rFonts w:hint="eastAsia"/>
                                      <w:color w:val="FF0000"/>
                                      <w:szCs w:val="21"/>
                                      <w:lang w:eastAsia="ja-JP"/>
                                    </w:rPr>
                                    <w:t>、</w:t>
                                  </w:r>
                                  <w:r w:rsidRPr="00E1133B">
                                    <w:rPr>
                                      <w:rFonts w:hint="eastAsia"/>
                                      <w:color w:val="FF0000"/>
                                      <w:szCs w:val="21"/>
                                      <w:lang w:eastAsia="ja-JP"/>
                                    </w:rPr>
                                    <w:t>釧保</w:t>
                                  </w:r>
                                  <w:r>
                                    <w:rPr>
                                      <w:rFonts w:hint="eastAsia"/>
                                      <w:color w:val="FF0000"/>
                                      <w:szCs w:val="21"/>
                                      <w:lang w:eastAsia="ja-JP"/>
                                    </w:rPr>
                                    <w:t>生</w:t>
                                  </w:r>
                                  <w:r w:rsidRPr="00E1133B">
                                    <w:rPr>
                                      <w:rFonts w:hint="eastAsia"/>
                                      <w:color w:val="FF0000"/>
                                      <w:szCs w:val="21"/>
                                      <w:lang w:eastAsia="ja-JP"/>
                                    </w:rPr>
                                    <w:t>第●●●号</w:t>
                                  </w:r>
                                  <w:r>
                                    <w:rPr>
                                      <w:rFonts w:hint="eastAsia"/>
                                      <w:color w:val="FF0000"/>
                                      <w:szCs w:val="21"/>
                                      <w:lang w:eastAsia="ja-JP"/>
                                    </w:rPr>
                                    <w:t>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6C4B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margin-left:100.05pt;margin-top:14.1pt;width:180.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" adj="-10121,15209" fillcolor="#f2f2f2 [3052]" strokecolor="black [3213]">
                      <v:shadow on="t" color="black" opacity="22937f" origin=",.5" offset="0,.63889mm"/>
                      <v:textbox>
                        <w:txbxContent>
                          <w:p w14:paraId="1119F548" w14:textId="77777777" w:rsidR="00BA6733" w:rsidRDefault="00BA6733" w:rsidP="00BA6733">
                            <w:pPr>
                              <w:jc w:val="center"/>
                              <w:rPr>
                                <w:color w:val="FF0000"/>
                                <w:szCs w:val="21"/>
                                <w:lang w:eastAsia="ja-JP"/>
                              </w:rPr>
                            </w:pPr>
                            <w:r>
                              <w:rPr>
                                <w:rFonts w:hint="eastAsia"/>
                                <w:color w:val="FF0000"/>
                                <w:szCs w:val="21"/>
                                <w:lang w:eastAsia="ja-JP"/>
                              </w:rPr>
                              <w:t>※</w:t>
                            </w:r>
                            <w:r>
                              <w:rPr>
                                <w:rFonts w:hint="eastAsia"/>
                                <w:color w:val="FF0000"/>
                                <w:szCs w:val="21"/>
                                <w:lang w:eastAsia="ja-JP"/>
                              </w:rPr>
                              <w:t>その他表記</w:t>
                            </w:r>
                          </w:p>
                          <w:p w14:paraId="0BC7A227" w14:textId="33A174AE" w:rsidR="00BA6733" w:rsidRDefault="00BA6733" w:rsidP="00BA6733">
                            <w:pPr>
                              <w:jc w:val="center"/>
                              <w:rPr>
                                <w:lang w:eastAsia="ja-JP"/>
                              </w:rPr>
                            </w:pPr>
                            <w:r w:rsidRPr="00E1133B">
                              <w:rPr>
                                <w:rFonts w:hint="eastAsia"/>
                                <w:color w:val="FF0000"/>
                                <w:szCs w:val="21"/>
                                <w:lang w:eastAsia="ja-JP"/>
                              </w:rPr>
                              <w:t>釧保</w:t>
                            </w:r>
                            <w:r>
                              <w:rPr>
                                <w:rFonts w:hint="eastAsia"/>
                                <w:color w:val="FF0000"/>
                                <w:szCs w:val="21"/>
                                <w:lang w:eastAsia="ja-JP"/>
                              </w:rPr>
                              <w:t>衛</w:t>
                            </w:r>
                            <w:r w:rsidRPr="00E1133B">
                              <w:rPr>
                                <w:rFonts w:hint="eastAsia"/>
                                <w:color w:val="FF0000"/>
                                <w:szCs w:val="21"/>
                                <w:lang w:eastAsia="ja-JP"/>
                              </w:rPr>
                              <w:t>第●●●</w:t>
                            </w:r>
                            <w:r>
                              <w:rPr>
                                <w:rFonts w:hint="eastAsia"/>
                                <w:color w:val="FF0000"/>
                                <w:szCs w:val="21"/>
                                <w:lang w:eastAsia="ja-JP"/>
                              </w:rPr>
                              <w:t>－▲▲</w:t>
                            </w:r>
                            <w:r w:rsidRPr="00E1133B">
                              <w:rPr>
                                <w:rFonts w:hint="eastAsia"/>
                                <w:color w:val="FF0000"/>
                                <w:szCs w:val="21"/>
                                <w:lang w:eastAsia="ja-JP"/>
                              </w:rPr>
                              <w:t>号</w:t>
                            </w:r>
                            <w:r>
                              <w:rPr>
                                <w:rFonts w:hint="eastAsia"/>
                                <w:color w:val="FF0000"/>
                                <w:szCs w:val="21"/>
                                <w:lang w:eastAsia="ja-JP"/>
                              </w:rPr>
                              <w:t>、</w:t>
                            </w:r>
                            <w:r w:rsidRPr="00E1133B">
                              <w:rPr>
                                <w:rFonts w:hint="eastAsia"/>
                                <w:color w:val="FF0000"/>
                                <w:szCs w:val="21"/>
                                <w:lang w:eastAsia="ja-JP"/>
                              </w:rPr>
                              <w:t>釧保</w:t>
                            </w:r>
                            <w:r>
                              <w:rPr>
                                <w:rFonts w:hint="eastAsia"/>
                                <w:color w:val="FF0000"/>
                                <w:szCs w:val="21"/>
                                <w:lang w:eastAsia="ja-JP"/>
                              </w:rPr>
                              <w:t>生</w:t>
                            </w:r>
                            <w:r w:rsidRPr="00E1133B">
                              <w:rPr>
                                <w:rFonts w:hint="eastAsia"/>
                                <w:color w:val="FF0000"/>
                                <w:szCs w:val="21"/>
                                <w:lang w:eastAsia="ja-JP"/>
                              </w:rPr>
                              <w:t>第●●●号</w:t>
                            </w:r>
                            <w:r>
                              <w:rPr>
                                <w:rFonts w:hint="eastAsia"/>
                                <w:color w:val="FF0000"/>
                                <w:szCs w:val="21"/>
                                <w:lang w:eastAsia="ja-JP"/>
                              </w:rPr>
                              <w:t>等</w:t>
                            </w:r>
                          </w:p>
                        </w:txbxContent>
                      </v:textbox>
                    </v:shape>
                  </w:pict>
                </mc:Fallback>
              </mc:AlternateContent>
            </w:r>
            <w:r w:rsidR="00E1133B">
              <w:rPr>
                <w:rFonts w:hint="eastAsia"/>
                <w:lang w:eastAsia="ja-JP"/>
              </w:rPr>
              <w:t xml:space="preserve">　</w:t>
            </w:r>
            <w:r w:rsidR="00E1133B" w:rsidRPr="00E1133B">
              <w:rPr>
                <w:rFonts w:hint="eastAsia"/>
                <w:color w:val="FF0000"/>
                <w:lang w:eastAsia="ja-JP"/>
              </w:rPr>
              <w:t>9999999999999</w:t>
            </w:r>
          </w:p>
        </w:tc>
      </w:tr>
      <w:tr w:rsidR="003126D1" w14:paraId="4BC474C0" w14:textId="77777777" w:rsidTr="00BC202F">
        <w:trPr>
          <w:trHeight w:val="552"/>
        </w:trPr>
        <w:tc>
          <w:tcPr>
            <w:tcW w:w="2376" w:type="dxa"/>
            <w:vMerge/>
            <w:shd w:val="clear" w:color="auto" w:fill="D9D9D9"/>
            <w:vAlign w:val="center"/>
          </w:tcPr>
          <w:p w14:paraId="273C69A6" w14:textId="77777777" w:rsidR="003126D1" w:rsidRDefault="003126D1" w:rsidP="00DE053A">
            <w:pPr>
              <w:spacing w:before="20" w:after="20" w:line="320" w:lineRule="exact"/>
              <w:jc w:val="center"/>
              <w:rPr>
                <w:b/>
                <w:lang w:eastAsia="ja-JP"/>
              </w:rPr>
            </w:pPr>
          </w:p>
        </w:tc>
        <w:tc>
          <w:tcPr>
            <w:tcW w:w="1701" w:type="dxa"/>
          </w:tcPr>
          <w:p w14:paraId="72DEC3FD" w14:textId="77777777" w:rsidR="003126D1" w:rsidRDefault="003126D1" w:rsidP="00F473EB">
            <w:pPr>
              <w:spacing w:before="20" w:after="20" w:line="320" w:lineRule="exact"/>
              <w:jc w:val="right"/>
              <w:rPr>
                <w:lang w:eastAsia="ja-JP"/>
              </w:rPr>
            </w:pPr>
            <w:r>
              <w:rPr>
                <w:rFonts w:hint="eastAsia"/>
                <w:lang w:eastAsia="ja-JP"/>
              </w:rPr>
              <w:t>生年月日</w:t>
            </w:r>
          </w:p>
          <w:p w14:paraId="4637F4BD" w14:textId="40613A4A" w:rsidR="003126D1" w:rsidRDefault="003126D1" w:rsidP="00F473EB">
            <w:pPr>
              <w:spacing w:before="20" w:after="20" w:line="320" w:lineRule="exact"/>
              <w:jc w:val="right"/>
              <w:rPr>
                <w:lang w:eastAsia="ja-JP"/>
              </w:rPr>
            </w:pPr>
            <w:r>
              <w:rPr>
                <w:rFonts w:hint="eastAsia"/>
                <w:lang w:eastAsia="ja-JP"/>
              </w:rPr>
              <w:t>(個人事業主)</w:t>
            </w:r>
          </w:p>
        </w:tc>
        <w:tc>
          <w:tcPr>
            <w:tcW w:w="4820" w:type="dxa"/>
          </w:tcPr>
          <w:p w14:paraId="53ADC0A6" w14:textId="6FA31239" w:rsidR="003126D1" w:rsidRDefault="00E1133B">
            <w:pPr>
              <w:spacing w:before="20" w:after="20" w:line="320" w:lineRule="exact"/>
              <w:rPr>
                <w:lang w:eastAsia="ja-JP"/>
              </w:rPr>
            </w:pPr>
            <w:r>
              <w:rPr>
                <w:rFonts w:hint="eastAsia"/>
                <w:lang w:eastAsia="ja-JP"/>
              </w:rPr>
              <w:t xml:space="preserve">  </w:t>
            </w:r>
            <w:r w:rsidRPr="00E1133B">
              <w:rPr>
                <w:rFonts w:hint="eastAsia"/>
                <w:color w:val="FF0000"/>
                <w:lang w:eastAsia="ja-JP"/>
              </w:rPr>
              <w:t>1960年1月1日</w:t>
            </w:r>
          </w:p>
        </w:tc>
      </w:tr>
      <w:tr w:rsidR="003126D1" w14:paraId="6759C8D0" w14:textId="77777777" w:rsidTr="00BC202F">
        <w:trPr>
          <w:trHeight w:val="510"/>
        </w:trPr>
        <w:tc>
          <w:tcPr>
            <w:tcW w:w="2376" w:type="dxa"/>
            <w:shd w:val="clear" w:color="auto" w:fill="D9D9D9"/>
            <w:vAlign w:val="center"/>
          </w:tcPr>
          <w:p w14:paraId="7D569CA3" w14:textId="7F7B9540" w:rsidR="003126D1" w:rsidRPr="003126D1" w:rsidRDefault="003126D1" w:rsidP="003C5393">
            <w:pPr>
              <w:spacing w:before="20" w:after="20" w:line="320" w:lineRule="exact"/>
              <w:jc w:val="center"/>
              <w:rPr>
                <w:b/>
                <w:bCs/>
                <w:szCs w:val="21"/>
                <w:lang w:eastAsia="ja-JP"/>
              </w:rPr>
            </w:pPr>
            <w:proofErr w:type="spellStart"/>
            <w:r w:rsidRPr="003126D1">
              <w:rPr>
                <w:rFonts w:hint="eastAsia"/>
                <w:b/>
                <w:bCs/>
                <w:szCs w:val="21"/>
              </w:rPr>
              <w:t>旅館業法の許可番号</w:t>
            </w:r>
            <w:proofErr w:type="spellEnd"/>
          </w:p>
        </w:tc>
        <w:tc>
          <w:tcPr>
            <w:tcW w:w="6521" w:type="dxa"/>
            <w:gridSpan w:val="2"/>
          </w:tcPr>
          <w:p w14:paraId="457CFF45" w14:textId="6CA52599" w:rsidR="003126D1" w:rsidRPr="00BA6733" w:rsidRDefault="00E1133B" w:rsidP="00863B82">
            <w:pPr>
              <w:spacing w:before="20" w:after="20" w:line="320" w:lineRule="exact"/>
              <w:rPr>
                <w:rFonts w:hint="eastAsia"/>
                <w:color w:val="FF0000"/>
                <w:szCs w:val="21"/>
                <w:lang w:eastAsia="ja-JP"/>
              </w:rPr>
            </w:pPr>
            <w:r>
              <w:rPr>
                <w:rFonts w:hint="eastAsia"/>
                <w:b/>
                <w:bCs/>
                <w:szCs w:val="21"/>
                <w:lang w:eastAsia="ja-JP"/>
              </w:rPr>
              <w:t xml:space="preserve">　</w:t>
            </w:r>
            <w:r w:rsidRPr="00E1133B">
              <w:rPr>
                <w:rFonts w:hint="eastAsia"/>
                <w:color w:val="FF0000"/>
                <w:szCs w:val="21"/>
                <w:lang w:eastAsia="ja-JP"/>
              </w:rPr>
              <w:t>釧保第●●●号</w:t>
            </w:r>
            <w:r>
              <w:rPr>
                <w:rFonts w:hint="eastAsia"/>
                <w:color w:val="FF0000"/>
                <w:szCs w:val="21"/>
                <w:lang w:eastAsia="ja-JP"/>
              </w:rPr>
              <w:t xml:space="preserve">　</w:t>
            </w:r>
          </w:p>
        </w:tc>
      </w:tr>
      <w:tr w:rsidR="003126D1" w14:paraId="328F7ED9" w14:textId="77777777" w:rsidTr="00BC202F">
        <w:trPr>
          <w:trHeight w:val="510"/>
        </w:trPr>
        <w:tc>
          <w:tcPr>
            <w:tcW w:w="2376" w:type="dxa"/>
            <w:shd w:val="clear" w:color="auto" w:fill="D9D9D9"/>
            <w:vAlign w:val="center"/>
          </w:tcPr>
          <w:p w14:paraId="01B8FC6D" w14:textId="4B6ECFD5" w:rsidR="003126D1" w:rsidRPr="00BC202F" w:rsidRDefault="003126D1" w:rsidP="00BC202F">
            <w:pPr>
              <w:spacing w:before="20" w:after="20" w:line="320" w:lineRule="exact"/>
              <w:jc w:val="center"/>
              <w:rPr>
                <w:b/>
                <w:bCs/>
                <w:sz w:val="20"/>
                <w:szCs w:val="20"/>
                <w:lang w:eastAsia="ja-JP"/>
              </w:rPr>
            </w:pPr>
            <w:r w:rsidRPr="00BC202F">
              <w:rPr>
                <w:rFonts w:hint="eastAsia"/>
                <w:b/>
                <w:bCs/>
                <w:sz w:val="20"/>
                <w:szCs w:val="20"/>
                <w:lang w:eastAsia="ja-JP"/>
              </w:rPr>
              <w:t>住宅宿泊事業届出番号</w:t>
            </w:r>
          </w:p>
        </w:tc>
        <w:tc>
          <w:tcPr>
            <w:tcW w:w="6521" w:type="dxa"/>
            <w:gridSpan w:val="2"/>
          </w:tcPr>
          <w:p w14:paraId="30B889E9" w14:textId="73D30F09" w:rsidR="003126D1" w:rsidRPr="00A2217A" w:rsidRDefault="00A2217A" w:rsidP="00A2217A">
            <w:pPr>
              <w:spacing w:before="20" w:after="20" w:line="320" w:lineRule="exact"/>
              <w:ind w:firstLineChars="100" w:firstLine="210"/>
              <w:rPr>
                <w:szCs w:val="21"/>
                <w:lang w:eastAsia="ja-JP"/>
              </w:rPr>
            </w:pPr>
            <w:r w:rsidRPr="00A2217A">
              <w:rPr>
                <w:color w:val="FF0000"/>
                <w:szCs w:val="21"/>
                <w:lang w:eastAsia="ja-JP"/>
              </w:rPr>
              <w:t>(</w:t>
            </w:r>
            <w:r w:rsidRPr="00E1133B">
              <w:rPr>
                <w:rFonts w:hint="eastAsia"/>
                <w:color w:val="FF0000"/>
                <w:szCs w:val="21"/>
                <w:lang w:eastAsia="ja-JP"/>
              </w:rPr>
              <w:t>●●</w:t>
            </w:r>
            <w:r w:rsidRPr="00A2217A">
              <w:rPr>
                <w:color w:val="FF0000"/>
                <w:szCs w:val="21"/>
                <w:lang w:eastAsia="ja-JP"/>
              </w:rPr>
              <w:t>)第F000</w:t>
            </w:r>
            <w:r w:rsidRPr="00E1133B">
              <w:rPr>
                <w:rFonts w:hint="eastAsia"/>
                <w:color w:val="FF0000"/>
                <w:szCs w:val="21"/>
                <w:lang w:eastAsia="ja-JP"/>
              </w:rPr>
              <w:t>●●</w:t>
            </w:r>
            <w:r w:rsidRPr="00A2217A">
              <w:rPr>
                <w:color w:val="FF0000"/>
                <w:szCs w:val="21"/>
                <w:lang w:eastAsia="ja-JP"/>
              </w:rPr>
              <w:t>号</w:t>
            </w:r>
          </w:p>
        </w:tc>
      </w:tr>
      <w:tr w:rsidR="00DF47D8" w14:paraId="6845F290" w14:textId="77777777" w:rsidTr="00BC202F">
        <w:trPr>
          <w:trHeight w:val="510"/>
        </w:trPr>
        <w:tc>
          <w:tcPr>
            <w:tcW w:w="2376" w:type="dxa"/>
            <w:shd w:val="clear" w:color="auto" w:fill="D9D9D9"/>
            <w:vAlign w:val="center"/>
          </w:tcPr>
          <w:p w14:paraId="1A52214A" w14:textId="77777777" w:rsidR="00DF47D8" w:rsidRDefault="001A64DB" w:rsidP="00DE053A">
            <w:pPr>
              <w:spacing w:before="20" w:after="20" w:line="320" w:lineRule="exact"/>
              <w:jc w:val="center"/>
            </w:pPr>
            <w:proofErr w:type="spellStart"/>
            <w:r>
              <w:rPr>
                <w:b/>
              </w:rPr>
              <w:t>電話番号</w:t>
            </w:r>
            <w:proofErr w:type="spellEnd"/>
          </w:p>
        </w:tc>
        <w:tc>
          <w:tcPr>
            <w:tcW w:w="6521" w:type="dxa"/>
            <w:gridSpan w:val="2"/>
          </w:tcPr>
          <w:p w14:paraId="5BD3D2AC" w14:textId="535B8493" w:rsidR="00DF47D8" w:rsidRDefault="00A2217A">
            <w:pPr>
              <w:spacing w:before="20" w:after="20" w:line="320" w:lineRule="exact"/>
            </w:pPr>
            <w:r>
              <w:rPr>
                <w:rFonts w:hint="eastAsia"/>
                <w:lang w:eastAsia="ja-JP"/>
              </w:rPr>
              <w:t xml:space="preserve">　</w:t>
            </w:r>
            <w:r w:rsidRPr="00E1133B">
              <w:rPr>
                <w:rFonts w:hint="eastAsia"/>
                <w:color w:val="FF0000"/>
                <w:szCs w:val="21"/>
                <w:lang w:eastAsia="ja-JP"/>
              </w:rPr>
              <w:t>●●●●</w:t>
            </w:r>
            <w:r>
              <w:rPr>
                <w:rFonts w:hint="eastAsia"/>
                <w:lang w:eastAsia="ja-JP"/>
              </w:rPr>
              <w:t>-</w:t>
            </w:r>
            <w:r w:rsidRPr="00E1133B">
              <w:rPr>
                <w:rFonts w:hint="eastAsia"/>
                <w:color w:val="FF0000"/>
                <w:szCs w:val="21"/>
                <w:lang w:eastAsia="ja-JP"/>
              </w:rPr>
              <w:t>●●</w:t>
            </w:r>
            <w:r>
              <w:rPr>
                <w:rFonts w:hint="eastAsia"/>
                <w:lang w:eastAsia="ja-JP"/>
              </w:rPr>
              <w:t>-</w:t>
            </w:r>
            <w:r w:rsidRPr="00E1133B">
              <w:rPr>
                <w:rFonts w:hint="eastAsia"/>
                <w:color w:val="FF0000"/>
                <w:szCs w:val="21"/>
                <w:lang w:eastAsia="ja-JP"/>
              </w:rPr>
              <w:t>●●●●</w:t>
            </w:r>
          </w:p>
        </w:tc>
      </w:tr>
      <w:tr w:rsidR="00DF47D8" w14:paraId="6FCF1D86" w14:textId="77777777" w:rsidTr="00BC202F">
        <w:trPr>
          <w:trHeight w:val="510"/>
        </w:trPr>
        <w:tc>
          <w:tcPr>
            <w:tcW w:w="2376" w:type="dxa"/>
            <w:shd w:val="clear" w:color="auto" w:fill="D9D9D9"/>
            <w:vAlign w:val="center"/>
          </w:tcPr>
          <w:p w14:paraId="5E777599" w14:textId="77777777" w:rsidR="00DF47D8" w:rsidRDefault="001A64DB" w:rsidP="00DE053A">
            <w:pPr>
              <w:spacing w:before="20" w:after="20" w:line="320" w:lineRule="exact"/>
              <w:jc w:val="center"/>
            </w:pPr>
            <w:proofErr w:type="spellStart"/>
            <w:r>
              <w:rPr>
                <w:b/>
              </w:rPr>
              <w:t>メールアドレス</w:t>
            </w:r>
            <w:proofErr w:type="spellEnd"/>
          </w:p>
        </w:tc>
        <w:tc>
          <w:tcPr>
            <w:tcW w:w="6521" w:type="dxa"/>
            <w:gridSpan w:val="2"/>
          </w:tcPr>
          <w:p w14:paraId="27E74F04" w14:textId="3A221E00" w:rsidR="00DF47D8" w:rsidRDefault="00A2217A">
            <w:pPr>
              <w:spacing w:before="20" w:after="20" w:line="320" w:lineRule="exact"/>
              <w:rPr>
                <w:lang w:eastAsia="ja-JP"/>
              </w:rPr>
            </w:pPr>
            <w:r>
              <w:rPr>
                <w:rFonts w:hint="eastAsia"/>
                <w:lang w:eastAsia="ja-JP"/>
              </w:rPr>
              <w:t xml:space="preserve">　</w:t>
            </w:r>
            <w:proofErr w:type="spellStart"/>
            <w:r w:rsidRPr="00A2217A">
              <w:rPr>
                <w:rFonts w:hint="eastAsia"/>
                <w:color w:val="FF0000"/>
                <w:lang w:eastAsia="ja-JP"/>
              </w:rPr>
              <w:t>aaaa</w:t>
            </w:r>
            <w:proofErr w:type="spellEnd"/>
            <w:r w:rsidRPr="00A2217A">
              <w:rPr>
                <w:rFonts w:hint="eastAsia"/>
                <w:color w:val="FF0000"/>
                <w:lang w:eastAsia="ja-JP"/>
              </w:rPr>
              <w:t xml:space="preserve"> @bbbb.co.jp</w:t>
            </w:r>
          </w:p>
        </w:tc>
      </w:tr>
    </w:tbl>
    <w:p w14:paraId="24A86F26" w14:textId="77777777" w:rsidR="006104E2" w:rsidRDefault="006104E2" w:rsidP="00FC7DD3">
      <w:pPr>
        <w:spacing w:after="80" w:line="360" w:lineRule="exact"/>
        <w:rPr>
          <w:lang w:eastAsia="ja-JP"/>
        </w:rPr>
      </w:pPr>
    </w:p>
    <w:p w14:paraId="6D16CB49" w14:textId="4869F9FE" w:rsidR="00DF47D8" w:rsidRDefault="001A64DB" w:rsidP="00FC7DD3">
      <w:pPr>
        <w:spacing w:after="80" w:line="360" w:lineRule="exact"/>
        <w:rPr>
          <w:lang w:eastAsia="ja-JP"/>
        </w:rPr>
      </w:pPr>
      <w:r>
        <w:rPr>
          <w:lang w:eastAsia="ja-JP"/>
        </w:rPr>
        <w:t xml:space="preserve">　釧路市宿泊施設受入環境整備補助金交付要綱第８条第１項の規定により、下記のとおり補助金の交付を申請します。</w:t>
      </w:r>
    </w:p>
    <w:p w14:paraId="1E819A85" w14:textId="77777777" w:rsidR="00DF47D8" w:rsidRPr="00F473EB" w:rsidRDefault="001A64DB">
      <w:pPr>
        <w:spacing w:before="40" w:after="40" w:line="360" w:lineRule="exact"/>
        <w:jc w:val="center"/>
        <w:rPr>
          <w:bCs/>
          <w:lang w:eastAsia="ja-JP"/>
        </w:rPr>
      </w:pPr>
      <w:r w:rsidRPr="00F473EB">
        <w:rPr>
          <w:bCs/>
          <w:lang w:eastAsia="ja-JP"/>
        </w:rPr>
        <w:t>記</w:t>
      </w:r>
    </w:p>
    <w:p w14:paraId="3C8A315A" w14:textId="77777777" w:rsidR="00FC7DD3" w:rsidRDefault="00FC7DD3" w:rsidP="00BC202F">
      <w:pPr>
        <w:overflowPunct w:val="0"/>
        <w:autoSpaceDE w:val="0"/>
        <w:autoSpaceDN w:val="0"/>
        <w:snapToGrid w:val="0"/>
        <w:spacing w:after="0" w:line="360" w:lineRule="auto"/>
        <w:ind w:left="210"/>
        <w:contextualSpacing/>
        <w:textAlignment w:val="center"/>
        <w:rPr>
          <w:rFonts w:cs="ＭＳ 明朝"/>
          <w:snapToGrid w:val="0"/>
          <w:lang w:eastAsia="ja-JP"/>
        </w:rPr>
      </w:pPr>
      <w:r w:rsidRPr="00B44058">
        <w:rPr>
          <w:rFonts w:cs="ＭＳ 明朝" w:hint="eastAsia"/>
          <w:snapToGrid w:val="0"/>
          <w:lang w:eastAsia="ja-JP"/>
        </w:rPr>
        <w:t>１　事業の目的及び概要</w:t>
      </w:r>
    </w:p>
    <w:p w14:paraId="3C407DB1" w14:textId="6D6BF998" w:rsidR="00F20B89" w:rsidRPr="005F4033" w:rsidRDefault="006104E2" w:rsidP="00F20B89">
      <w:pPr>
        <w:overflowPunct w:val="0"/>
        <w:autoSpaceDE w:val="0"/>
        <w:autoSpaceDN w:val="0"/>
        <w:snapToGrid w:val="0"/>
        <w:spacing w:after="0" w:line="360" w:lineRule="auto"/>
        <w:ind w:left="210" w:firstLineChars="100" w:firstLine="210"/>
        <w:contextualSpacing/>
        <w:textAlignment w:val="center"/>
        <w:rPr>
          <w:rFonts w:cs="ＭＳ 明朝"/>
          <w:snapToGrid w:val="0"/>
          <w:color w:val="FF0000"/>
          <w:lang w:eastAsia="ja-JP"/>
        </w:rPr>
      </w:pPr>
      <w:r w:rsidRPr="005F4033">
        <w:rPr>
          <w:rFonts w:cs="ＭＳ 明朝"/>
          <w:snapToGrid w:val="0"/>
          <w:color w:val="FF0000"/>
          <w:lang w:eastAsia="ja-JP"/>
        </w:rPr>
        <w:t>当施設では、夏季の団体</w:t>
      </w:r>
      <w:r w:rsidR="00F20B89" w:rsidRPr="005F4033">
        <w:rPr>
          <w:rFonts w:cs="ＭＳ 明朝"/>
          <w:snapToGrid w:val="0"/>
          <w:color w:val="FF0000"/>
          <w:lang w:eastAsia="ja-JP"/>
        </w:rPr>
        <w:t>合宿</w:t>
      </w:r>
      <w:r w:rsidRPr="005F4033">
        <w:rPr>
          <w:rFonts w:cs="ＭＳ 明朝"/>
          <w:snapToGrid w:val="0"/>
          <w:color w:val="FF0000"/>
          <w:lang w:eastAsia="ja-JP"/>
        </w:rPr>
        <w:t>や地域のインフラ整備等を支える工事関係者を積極的に受け入れております。本補助金を</w:t>
      </w:r>
      <w:r w:rsidR="00F20B89" w:rsidRPr="005F4033">
        <w:rPr>
          <w:rFonts w:cs="ＭＳ 明朝" w:hint="eastAsia"/>
          <w:snapToGrid w:val="0"/>
          <w:color w:val="FF0000"/>
          <w:lang w:eastAsia="ja-JP"/>
        </w:rPr>
        <w:t>活用して、</w:t>
      </w:r>
      <w:r w:rsidRPr="005F4033">
        <w:rPr>
          <w:rFonts w:cs="ＭＳ 明朝"/>
          <w:snapToGrid w:val="0"/>
          <w:color w:val="FF0000"/>
          <w:lang w:eastAsia="ja-JP"/>
        </w:rPr>
        <w:t>長期滞在や団体利用の需要に応える安心・安全な環境づくりを強化</w:t>
      </w:r>
      <w:r w:rsidR="00F20B89" w:rsidRPr="005F4033">
        <w:rPr>
          <w:rFonts w:cs="ＭＳ 明朝" w:hint="eastAsia"/>
          <w:snapToGrid w:val="0"/>
          <w:color w:val="FF0000"/>
          <w:lang w:eastAsia="ja-JP"/>
        </w:rPr>
        <w:t>したいと考えています。</w:t>
      </w:r>
      <w:r w:rsidRPr="005F4033">
        <w:rPr>
          <w:rFonts w:cs="ＭＳ 明朝"/>
          <w:snapToGrid w:val="0"/>
          <w:color w:val="FF0000"/>
          <w:lang w:eastAsia="ja-JP"/>
        </w:rPr>
        <w:t>具体的には、近年の猛暑に対応した客室エアコンの</w:t>
      </w:r>
      <w:r w:rsidR="00F20B89" w:rsidRPr="005F4033">
        <w:rPr>
          <w:rFonts w:cs="ＭＳ 明朝" w:hint="eastAsia"/>
          <w:snapToGrid w:val="0"/>
          <w:color w:val="FF0000"/>
          <w:lang w:eastAsia="ja-JP"/>
        </w:rPr>
        <w:t>設置</w:t>
      </w:r>
      <w:r w:rsidRPr="005F4033">
        <w:rPr>
          <w:rFonts w:cs="ＭＳ 明朝"/>
          <w:snapToGrid w:val="0"/>
          <w:color w:val="FF0000"/>
          <w:lang w:eastAsia="ja-JP"/>
        </w:rPr>
        <w:t>、</w:t>
      </w:r>
      <w:r w:rsidR="00F20B89" w:rsidRPr="005F4033">
        <w:rPr>
          <w:rFonts w:cs="ＭＳ 明朝" w:hint="eastAsia"/>
          <w:snapToGrid w:val="0"/>
          <w:color w:val="FF0000"/>
          <w:lang w:eastAsia="ja-JP"/>
        </w:rPr>
        <w:t>団体客にも対応した</w:t>
      </w:r>
      <w:r w:rsidRPr="005F4033">
        <w:rPr>
          <w:rFonts w:cs="ＭＳ 明朝"/>
          <w:snapToGrid w:val="0"/>
          <w:color w:val="FF0000"/>
          <w:lang w:eastAsia="ja-JP"/>
        </w:rPr>
        <w:t>食事環境の整備、</w:t>
      </w:r>
      <w:r w:rsidR="00F20B89" w:rsidRPr="005F4033">
        <w:rPr>
          <w:rFonts w:cs="ＭＳ 明朝" w:hint="eastAsia"/>
          <w:snapToGrid w:val="0"/>
          <w:color w:val="FF0000"/>
          <w:lang w:eastAsia="ja-JP"/>
        </w:rPr>
        <w:t>そして</w:t>
      </w:r>
      <w:r w:rsidRPr="005F4033">
        <w:rPr>
          <w:rFonts w:cs="ＭＳ 明朝"/>
          <w:snapToGrid w:val="0"/>
          <w:color w:val="FF0000"/>
          <w:lang w:eastAsia="ja-JP"/>
        </w:rPr>
        <w:t>災害時</w:t>
      </w:r>
      <w:r w:rsidR="00F20B89" w:rsidRPr="005F4033">
        <w:rPr>
          <w:rFonts w:cs="ＭＳ 明朝" w:hint="eastAsia"/>
          <w:snapToGrid w:val="0"/>
          <w:color w:val="FF0000"/>
          <w:lang w:eastAsia="ja-JP"/>
        </w:rPr>
        <w:t>を想定した各種</w:t>
      </w:r>
      <w:r w:rsidRPr="005F4033">
        <w:rPr>
          <w:rFonts w:cs="ＭＳ 明朝"/>
          <w:snapToGrid w:val="0"/>
          <w:color w:val="FF0000"/>
          <w:lang w:eastAsia="ja-JP"/>
        </w:rPr>
        <w:t>備蓄品の導入等の防災対策を推進し、宿泊者の利便性と満足度向上を図ります。</w:t>
      </w:r>
    </w:p>
    <w:p w14:paraId="470FDFE8" w14:textId="77777777" w:rsidR="00F20B89" w:rsidRDefault="00F20B89" w:rsidP="00F20B89">
      <w:pPr>
        <w:overflowPunct w:val="0"/>
        <w:autoSpaceDE w:val="0"/>
        <w:autoSpaceDN w:val="0"/>
        <w:snapToGrid w:val="0"/>
        <w:spacing w:after="0" w:line="360" w:lineRule="auto"/>
        <w:ind w:left="210" w:firstLineChars="100" w:firstLine="210"/>
        <w:contextualSpacing/>
        <w:textAlignment w:val="center"/>
        <w:rPr>
          <w:rFonts w:cs="ＭＳ 明朝"/>
          <w:snapToGrid w:val="0"/>
          <w:lang w:eastAsia="ja-JP"/>
        </w:rPr>
      </w:pPr>
    </w:p>
    <w:p w14:paraId="1C941347" w14:textId="0946615C" w:rsidR="00FC7DD3" w:rsidRPr="00B44058" w:rsidRDefault="00FC7DD3" w:rsidP="00BC202F">
      <w:pPr>
        <w:overflowPunct w:val="0"/>
        <w:autoSpaceDE w:val="0"/>
        <w:autoSpaceDN w:val="0"/>
        <w:snapToGrid w:val="0"/>
        <w:spacing w:after="0" w:line="360" w:lineRule="auto"/>
        <w:ind w:left="210"/>
        <w:contextualSpacing/>
        <w:textAlignment w:val="center"/>
        <w:rPr>
          <w:rFonts w:ascii="?l?r ??fc"/>
          <w:snapToGrid w:val="0"/>
          <w:lang w:eastAsia="ja-JP"/>
        </w:rPr>
      </w:pPr>
      <w:r w:rsidRPr="00B44058">
        <w:rPr>
          <w:rFonts w:cs="ＭＳ 明朝" w:hint="eastAsia"/>
          <w:snapToGrid w:val="0"/>
          <w:lang w:eastAsia="ja-JP"/>
        </w:rPr>
        <w:t xml:space="preserve">２　</w:t>
      </w:r>
      <w:r w:rsidR="00AF7D8C">
        <w:rPr>
          <w:rFonts w:cs="ＭＳ 明朝" w:hint="eastAsia"/>
          <w:snapToGrid w:val="0"/>
          <w:lang w:eastAsia="ja-JP"/>
        </w:rPr>
        <w:t>事業実施期間（</w:t>
      </w:r>
      <w:r w:rsidRPr="00B44058">
        <w:rPr>
          <w:rFonts w:cs="ＭＳ 明朝" w:hint="eastAsia"/>
          <w:snapToGrid w:val="0"/>
          <w:lang w:eastAsia="ja-JP"/>
        </w:rPr>
        <w:t>事業の着手及び完了の予定期日</w:t>
      </w:r>
      <w:r w:rsidR="00AF7D8C">
        <w:rPr>
          <w:rFonts w:cs="ＭＳ 明朝" w:hint="eastAsia"/>
          <w:snapToGrid w:val="0"/>
          <w:lang w:eastAsia="ja-JP"/>
        </w:rPr>
        <w:t>）</w:t>
      </w:r>
    </w:p>
    <w:p w14:paraId="77B44C81" w14:textId="7C7F59D5" w:rsidR="00FC7DD3" w:rsidRPr="00B44058" w:rsidRDefault="00FC7DD3" w:rsidP="00BC202F">
      <w:pPr>
        <w:overflowPunct w:val="0"/>
        <w:autoSpaceDE w:val="0"/>
        <w:autoSpaceDN w:val="0"/>
        <w:snapToGrid w:val="0"/>
        <w:spacing w:after="0" w:line="360" w:lineRule="auto"/>
        <w:ind w:left="210" w:firstLine="851"/>
        <w:contextualSpacing/>
        <w:textAlignment w:val="center"/>
        <w:rPr>
          <w:rFonts w:ascii="?l?r ??fc"/>
          <w:snapToGrid w:val="0"/>
        </w:rPr>
      </w:pPr>
      <w:r w:rsidRPr="00B44058">
        <w:rPr>
          <w:rFonts w:cs="ＭＳ 明朝" w:hint="eastAsia"/>
          <w:snapToGrid w:val="0"/>
        </w:rPr>
        <w:t>着　手</w:t>
      </w:r>
      <w:r w:rsidRPr="00B44058">
        <w:rPr>
          <w:rFonts w:ascii="?l?r ??fc"/>
          <w:snapToGrid w:val="0"/>
        </w:rPr>
        <w:tab/>
      </w:r>
      <w:r w:rsidRPr="00B44058">
        <w:rPr>
          <w:rFonts w:cs="ＭＳ 明朝" w:hint="eastAsia"/>
          <w:snapToGrid w:val="0"/>
        </w:rPr>
        <w:t xml:space="preserve">　</w:t>
      </w:r>
      <w:r w:rsidR="00377FB4">
        <w:rPr>
          <w:rFonts w:cs="ＭＳ 明朝" w:hint="eastAsia"/>
          <w:snapToGrid w:val="0"/>
          <w:lang w:eastAsia="ja-JP"/>
        </w:rPr>
        <w:t xml:space="preserve">  </w:t>
      </w:r>
      <w:r w:rsidR="00377FB4">
        <w:rPr>
          <w:rFonts w:hint="eastAsia"/>
          <w:color w:val="FF0000"/>
          <w:lang w:eastAsia="ja-JP"/>
        </w:rPr>
        <w:t>2026</w:t>
      </w:r>
      <w:r w:rsidR="00F473EB" w:rsidRPr="00F473EB">
        <w:rPr>
          <w:rFonts w:cs="ＭＳ 明朝" w:hint="eastAsia"/>
          <w:snapToGrid w:val="0"/>
        </w:rPr>
        <w:t>年</w:t>
      </w:r>
      <w:r w:rsidR="00377FB4">
        <w:rPr>
          <w:rFonts w:cs="ＭＳ 明朝" w:hint="eastAsia"/>
          <w:snapToGrid w:val="0"/>
          <w:lang w:eastAsia="ja-JP"/>
        </w:rPr>
        <w:t xml:space="preserve">  </w:t>
      </w:r>
      <w:r w:rsidR="00377FB4" w:rsidRPr="00E1133B">
        <w:rPr>
          <w:rFonts w:hint="eastAsia"/>
          <w:color w:val="FF0000"/>
          <w:lang w:eastAsia="ja-JP"/>
        </w:rPr>
        <w:t>●●</w:t>
      </w:r>
      <w:r w:rsidR="00377FB4">
        <w:rPr>
          <w:lang w:eastAsia="ja-JP"/>
        </w:rPr>
        <w:t>月</w:t>
      </w:r>
      <w:r w:rsidR="00377FB4" w:rsidRPr="00E1133B">
        <w:rPr>
          <w:rFonts w:hint="eastAsia"/>
          <w:color w:val="FF0000"/>
          <w:lang w:eastAsia="ja-JP"/>
        </w:rPr>
        <w:t>●●</w:t>
      </w:r>
      <w:r w:rsidR="00377FB4">
        <w:rPr>
          <w:lang w:eastAsia="ja-JP"/>
        </w:rPr>
        <w:t>日</w:t>
      </w:r>
    </w:p>
    <w:p w14:paraId="4B555AAC" w14:textId="77E2CADA" w:rsidR="00BC202F" w:rsidRDefault="00FC7DD3" w:rsidP="00A2217A">
      <w:pPr>
        <w:overflowPunct w:val="0"/>
        <w:autoSpaceDE w:val="0"/>
        <w:autoSpaceDN w:val="0"/>
        <w:snapToGrid w:val="0"/>
        <w:spacing w:after="0" w:line="360" w:lineRule="auto"/>
        <w:ind w:left="210" w:firstLine="851"/>
        <w:contextualSpacing/>
        <w:textAlignment w:val="center"/>
        <w:rPr>
          <w:lang w:eastAsia="ja-JP"/>
        </w:rPr>
      </w:pPr>
      <w:r w:rsidRPr="00B44058">
        <w:rPr>
          <w:rFonts w:cs="ＭＳ 明朝" w:hint="eastAsia"/>
          <w:snapToGrid w:val="0"/>
        </w:rPr>
        <w:t>完　了</w:t>
      </w:r>
      <w:r w:rsidRPr="00B44058">
        <w:rPr>
          <w:rFonts w:ascii="?l?r ??fc"/>
          <w:snapToGrid w:val="0"/>
        </w:rPr>
        <w:tab/>
      </w:r>
      <w:r w:rsidRPr="00B44058">
        <w:rPr>
          <w:rFonts w:cs="ＭＳ 明朝" w:hint="eastAsia"/>
          <w:snapToGrid w:val="0"/>
        </w:rPr>
        <w:t xml:space="preserve">　　</w:t>
      </w:r>
      <w:r w:rsidR="00377FB4">
        <w:rPr>
          <w:rFonts w:hint="eastAsia"/>
          <w:color w:val="FF0000"/>
          <w:lang w:eastAsia="ja-JP"/>
        </w:rPr>
        <w:t>2026</w:t>
      </w:r>
      <w:r w:rsidR="00377FB4" w:rsidRPr="00F473EB">
        <w:rPr>
          <w:rFonts w:cs="ＭＳ 明朝" w:hint="eastAsia"/>
          <w:snapToGrid w:val="0"/>
        </w:rPr>
        <w:t>年</w:t>
      </w:r>
      <w:r w:rsidR="00377FB4">
        <w:rPr>
          <w:rFonts w:cs="ＭＳ 明朝" w:hint="eastAsia"/>
          <w:snapToGrid w:val="0"/>
          <w:lang w:eastAsia="ja-JP"/>
        </w:rPr>
        <w:t xml:space="preserve">  </w:t>
      </w:r>
      <w:r w:rsidR="00377FB4">
        <w:rPr>
          <w:rFonts w:hint="eastAsia"/>
          <w:color w:val="FF0000"/>
          <w:lang w:eastAsia="ja-JP"/>
        </w:rPr>
        <w:t>▲▲</w:t>
      </w:r>
      <w:r w:rsidR="00377FB4">
        <w:rPr>
          <w:lang w:eastAsia="ja-JP"/>
        </w:rPr>
        <w:t>月</w:t>
      </w:r>
      <w:r w:rsidR="00377FB4">
        <w:rPr>
          <w:rFonts w:hint="eastAsia"/>
          <w:color w:val="FF0000"/>
          <w:lang w:eastAsia="ja-JP"/>
        </w:rPr>
        <w:t>▲▲</w:t>
      </w:r>
      <w:r w:rsidR="00377FB4">
        <w:rPr>
          <w:lang w:eastAsia="ja-JP"/>
        </w:rPr>
        <w:t>日</w:t>
      </w:r>
    </w:p>
    <w:p w14:paraId="6025F813" w14:textId="77777777" w:rsidR="00377FB4" w:rsidRPr="00A2217A" w:rsidRDefault="00377FB4" w:rsidP="00A2217A">
      <w:pPr>
        <w:overflowPunct w:val="0"/>
        <w:autoSpaceDE w:val="0"/>
        <w:autoSpaceDN w:val="0"/>
        <w:snapToGrid w:val="0"/>
        <w:spacing w:after="0" w:line="360" w:lineRule="auto"/>
        <w:ind w:left="210" w:firstLine="851"/>
        <w:contextualSpacing/>
        <w:textAlignment w:val="center"/>
        <w:rPr>
          <w:rFonts w:ascii="?l?r ??fc"/>
          <w:snapToGrid w:val="0"/>
          <w:lang w:eastAsia="ja-JP"/>
        </w:rPr>
      </w:pPr>
    </w:p>
    <w:p w14:paraId="778723B5" w14:textId="1B27DA3A" w:rsidR="00FC7DD3" w:rsidRDefault="00FC7DD3" w:rsidP="00BC202F">
      <w:pPr>
        <w:spacing w:after="0" w:line="360" w:lineRule="auto"/>
        <w:ind w:firstLineChars="100" w:firstLine="210"/>
        <w:contextualSpacing/>
        <w:rPr>
          <w:rFonts w:cs="ＭＳ 明朝"/>
          <w:snapToGrid w:val="0"/>
          <w:lang w:eastAsia="ja-JP"/>
        </w:rPr>
      </w:pPr>
      <w:r w:rsidRPr="00B44058">
        <w:rPr>
          <w:rFonts w:cs="ＭＳ 明朝" w:hint="eastAsia"/>
          <w:snapToGrid w:val="0"/>
        </w:rPr>
        <w:t xml:space="preserve">３　</w:t>
      </w:r>
      <w:proofErr w:type="spellStart"/>
      <w:r w:rsidRPr="00B44058">
        <w:rPr>
          <w:rFonts w:cs="ＭＳ 明朝" w:hint="eastAsia"/>
          <w:snapToGrid w:val="0"/>
        </w:rPr>
        <w:t>補助金交付申請額</w:t>
      </w:r>
      <w:proofErr w:type="spellEnd"/>
      <w:r w:rsidRPr="00B44058">
        <w:rPr>
          <w:rFonts w:cs="ＭＳ 明朝" w:hint="eastAsia"/>
          <w:snapToGrid w:val="0"/>
        </w:rPr>
        <w:t xml:space="preserve">　</w:t>
      </w:r>
      <w:r w:rsidR="00F473EB">
        <w:rPr>
          <w:rFonts w:cs="ＭＳ 明朝" w:hint="eastAsia"/>
          <w:snapToGrid w:val="0"/>
          <w:lang w:eastAsia="ja-JP"/>
        </w:rPr>
        <w:t xml:space="preserve">　　</w:t>
      </w:r>
      <w:r w:rsidR="00421D0E">
        <w:rPr>
          <w:rFonts w:cs="ＭＳ 明朝" w:hint="eastAsia"/>
          <w:snapToGrid w:val="0"/>
          <w:lang w:eastAsia="ja-JP"/>
        </w:rPr>
        <w:t xml:space="preserve"> </w:t>
      </w:r>
      <w:r w:rsidRPr="00B44058">
        <w:rPr>
          <w:rFonts w:cs="ＭＳ 明朝" w:hint="eastAsia"/>
          <w:snapToGrid w:val="0"/>
        </w:rPr>
        <w:t>金</w:t>
      </w:r>
      <w:r w:rsidRPr="00377FB4">
        <w:rPr>
          <w:rFonts w:cs="ＭＳ 明朝" w:hint="eastAsia"/>
          <w:snapToGrid w:val="0"/>
          <w:color w:val="FF0000"/>
        </w:rPr>
        <w:t xml:space="preserve">　</w:t>
      </w:r>
      <w:r w:rsidR="00BF1F66">
        <w:rPr>
          <w:rFonts w:hint="eastAsia"/>
          <w:color w:val="FF0000"/>
          <w:lang w:eastAsia="ja-JP"/>
        </w:rPr>
        <w:t>296</w:t>
      </w:r>
      <w:r w:rsidR="00BF1F66" w:rsidRPr="00BA2E50">
        <w:rPr>
          <w:rFonts w:hint="eastAsia"/>
          <w:color w:val="FF0000"/>
          <w:lang w:eastAsia="ja-JP"/>
        </w:rPr>
        <w:t>,000</w:t>
      </w:r>
      <w:r w:rsidRPr="00B44058">
        <w:rPr>
          <w:rFonts w:cs="ＭＳ 明朝" w:hint="eastAsia"/>
          <w:snapToGrid w:val="0"/>
        </w:rPr>
        <w:t>円</w:t>
      </w:r>
    </w:p>
    <w:p w14:paraId="06648F47" w14:textId="77777777" w:rsidR="00DF47D8" w:rsidRDefault="001A64DB">
      <w:pPr>
        <w:spacing w:before="40" w:after="40" w:line="360" w:lineRule="exact"/>
        <w:rPr>
          <w:lang w:eastAsia="ja-JP"/>
        </w:rPr>
      </w:pPr>
      <w:r>
        <w:rPr>
          <w:b/>
          <w:lang w:eastAsia="ja-JP"/>
        </w:rPr>
        <w:lastRenderedPageBreak/>
        <w:t>【添付書類】</w:t>
      </w:r>
    </w:p>
    <w:p w14:paraId="128E77F9" w14:textId="3C532081" w:rsidR="00823B06" w:rsidRDefault="001A64DB" w:rsidP="00823B06">
      <w:pPr>
        <w:spacing w:after="0" w:line="400" w:lineRule="exact"/>
        <w:ind w:leftChars="130" w:left="541" w:hangingChars="134" w:hanging="268"/>
      </w:pPr>
      <w:r>
        <w:rPr>
          <w:sz w:val="20"/>
          <w:lang w:eastAsia="ja-JP"/>
        </w:rPr>
        <w:t>①</w:t>
      </w:r>
      <w:r w:rsidR="00823B06">
        <w:rPr>
          <w:rFonts w:hint="eastAsia"/>
          <w:sz w:val="20"/>
          <w:lang w:eastAsia="ja-JP"/>
        </w:rPr>
        <w:t xml:space="preserve"> ＜様式２＞</w:t>
      </w:r>
      <w:proofErr w:type="spellStart"/>
      <w:r w:rsidR="00823B06">
        <w:t>事業計画書</w:t>
      </w:r>
      <w:proofErr w:type="spellEnd"/>
    </w:p>
    <w:p w14:paraId="7E9D4141" w14:textId="2C40FB61" w:rsidR="00823B06" w:rsidRDefault="00823B06" w:rsidP="00823B06">
      <w:pPr>
        <w:spacing w:after="0" w:line="400" w:lineRule="exact"/>
        <w:ind w:leftChars="130" w:left="554" w:hangingChars="134" w:hanging="281"/>
      </w:pPr>
      <w:r>
        <w:t xml:space="preserve">② </w:t>
      </w:r>
      <w:r>
        <w:rPr>
          <w:rFonts w:hint="eastAsia"/>
          <w:sz w:val="20"/>
          <w:lang w:eastAsia="ja-JP"/>
        </w:rPr>
        <w:t>＜様式３＞</w:t>
      </w:r>
      <w:proofErr w:type="spellStart"/>
      <w:r w:rsidRPr="00823B06">
        <w:rPr>
          <w:rFonts w:hint="eastAsia"/>
        </w:rPr>
        <w:t>補助金額算定表</w:t>
      </w:r>
      <w:proofErr w:type="spellEnd"/>
    </w:p>
    <w:p w14:paraId="71DD447C" w14:textId="77777777" w:rsidR="00823B06" w:rsidRDefault="00823B06" w:rsidP="00823B06">
      <w:pPr>
        <w:spacing w:after="0" w:line="400" w:lineRule="exact"/>
        <w:ind w:leftChars="130" w:left="554" w:hangingChars="134" w:hanging="281"/>
        <w:rPr>
          <w:lang w:eastAsia="ja-JP"/>
        </w:rPr>
      </w:pPr>
      <w:r>
        <w:rPr>
          <w:lang w:eastAsia="ja-JP"/>
        </w:rPr>
        <w:t>③ 釧路市税の納税証明書（写）</w:t>
      </w:r>
    </w:p>
    <w:p w14:paraId="50993C36" w14:textId="77777777" w:rsidR="00823B06" w:rsidRDefault="00823B06" w:rsidP="00823B06">
      <w:pPr>
        <w:spacing w:after="0" w:line="400" w:lineRule="exact"/>
        <w:ind w:leftChars="130" w:left="554" w:hangingChars="134" w:hanging="281"/>
        <w:rPr>
          <w:lang w:eastAsia="ja-JP"/>
        </w:rPr>
      </w:pPr>
      <w:r>
        <w:rPr>
          <w:lang w:eastAsia="ja-JP"/>
        </w:rPr>
        <w:t>④ 旅館業営業許可書（写）（旅館業法の許可を受けた者の場合）</w:t>
      </w:r>
    </w:p>
    <w:p w14:paraId="21A7C480" w14:textId="77777777" w:rsidR="00823B06" w:rsidRDefault="00823B06" w:rsidP="00823B06">
      <w:pPr>
        <w:spacing w:after="0" w:line="400" w:lineRule="exact"/>
        <w:ind w:leftChars="130" w:left="554" w:hangingChars="134" w:hanging="281"/>
        <w:rPr>
          <w:lang w:eastAsia="ja-JP"/>
        </w:rPr>
      </w:pPr>
      <w:r>
        <w:rPr>
          <w:lang w:eastAsia="ja-JP"/>
        </w:rPr>
        <w:t>⑤ 住宅宿泊事業法第13条に規定する標識（届出番号が確認できるもの）の写し（民泊事業者の場合）</w:t>
      </w:r>
    </w:p>
    <w:p w14:paraId="3C2A3705" w14:textId="77777777" w:rsidR="00823B06" w:rsidRDefault="00823B06" w:rsidP="00823B06">
      <w:pPr>
        <w:spacing w:after="0" w:line="400" w:lineRule="exact"/>
        <w:ind w:leftChars="130" w:left="554" w:hangingChars="134" w:hanging="281"/>
        <w:rPr>
          <w:lang w:eastAsia="ja-JP"/>
        </w:rPr>
      </w:pPr>
      <w:r>
        <w:rPr>
          <w:lang w:eastAsia="ja-JP"/>
        </w:rPr>
        <w:t>⑥ 補助対象経費の積算根拠が確認できる書類（見積書等の写し）</w:t>
      </w:r>
    </w:p>
    <w:p w14:paraId="3A8D9076" w14:textId="77777777" w:rsidR="00823B06" w:rsidRDefault="00823B06" w:rsidP="00823B06">
      <w:pPr>
        <w:spacing w:after="0" w:line="400" w:lineRule="exact"/>
        <w:ind w:leftChars="130" w:left="554" w:hangingChars="134" w:hanging="281"/>
        <w:rPr>
          <w:lang w:eastAsia="ja-JP"/>
        </w:rPr>
      </w:pPr>
      <w:r>
        <w:rPr>
          <w:lang w:eastAsia="ja-JP"/>
        </w:rPr>
        <w:t>⑦ 機器等の設置を伴う場合、機器の仕様が確認できる書類（製品パンフレット等の写し）</w:t>
      </w:r>
    </w:p>
    <w:p w14:paraId="63EBC9F2" w14:textId="08DC1531" w:rsidR="00823B06" w:rsidRDefault="00823B06" w:rsidP="00823B06">
      <w:pPr>
        <w:spacing w:after="0" w:line="400" w:lineRule="exact"/>
        <w:ind w:leftChars="130" w:left="554" w:hangingChars="134" w:hanging="281"/>
        <w:rPr>
          <w:lang w:eastAsia="ja-JP"/>
        </w:rPr>
      </w:pPr>
      <w:r>
        <w:rPr>
          <w:lang w:eastAsia="ja-JP"/>
        </w:rPr>
        <w:t xml:space="preserve">⑧ </w:t>
      </w:r>
      <w:r>
        <w:rPr>
          <w:rFonts w:hint="eastAsia"/>
          <w:sz w:val="20"/>
          <w:lang w:eastAsia="ja-JP"/>
        </w:rPr>
        <w:t>＜様式</w:t>
      </w:r>
      <w:r w:rsidR="00466F03">
        <w:rPr>
          <w:rFonts w:hint="eastAsia"/>
          <w:sz w:val="20"/>
          <w:lang w:eastAsia="ja-JP"/>
        </w:rPr>
        <w:t>４</w:t>
      </w:r>
      <w:r>
        <w:rPr>
          <w:rFonts w:hint="eastAsia"/>
          <w:sz w:val="20"/>
          <w:lang w:eastAsia="ja-JP"/>
        </w:rPr>
        <w:t>＞</w:t>
      </w:r>
      <w:r>
        <w:rPr>
          <w:lang w:eastAsia="ja-JP"/>
        </w:rPr>
        <w:t>誓約書兼同意書</w:t>
      </w:r>
    </w:p>
    <w:p w14:paraId="2D0AF2D3" w14:textId="288BD1BE" w:rsidR="00EC7B4A" w:rsidRDefault="00823B06" w:rsidP="00830436">
      <w:pPr>
        <w:spacing w:after="0" w:line="400" w:lineRule="exact"/>
        <w:ind w:leftChars="130" w:left="554" w:hangingChars="134" w:hanging="281"/>
        <w:rPr>
          <w:lang w:eastAsia="ja-JP"/>
        </w:rPr>
      </w:pPr>
      <w:r>
        <w:rPr>
          <w:lang w:eastAsia="ja-JP"/>
        </w:rPr>
        <w:t>⑨ その他市長が必要と認める書類</w:t>
      </w:r>
    </w:p>
    <w:p w14:paraId="61FF5A7F" w14:textId="77777777" w:rsidR="00FE586D" w:rsidRDefault="00FE586D" w:rsidP="00830436">
      <w:pPr>
        <w:spacing w:after="0" w:line="400" w:lineRule="exact"/>
        <w:ind w:leftChars="130" w:left="554" w:hangingChars="134" w:hanging="281"/>
        <w:rPr>
          <w:lang w:eastAsia="ja-JP"/>
        </w:rPr>
      </w:pPr>
    </w:p>
    <w:p w14:paraId="66B64844" w14:textId="77777777" w:rsidR="00830436" w:rsidRDefault="00830436" w:rsidP="00830436">
      <w:pPr>
        <w:spacing w:after="0" w:line="400" w:lineRule="exact"/>
        <w:ind w:leftChars="150" w:left="525" w:hangingChars="100" w:hanging="210"/>
        <w:rPr>
          <w:lang w:eastAsia="ja-JP"/>
        </w:rPr>
      </w:pPr>
      <w:r>
        <w:rPr>
          <w:rFonts w:hint="eastAsia"/>
          <w:lang w:eastAsia="ja-JP"/>
        </w:rPr>
        <w:t>※民泊事業者が申請する場合は、上記のほか次の書類も提出すること。</w:t>
      </w:r>
    </w:p>
    <w:p w14:paraId="79FF5468" w14:textId="77777777" w:rsidR="00830436" w:rsidRDefault="00830436" w:rsidP="00830436">
      <w:pPr>
        <w:spacing w:after="0" w:line="400" w:lineRule="exact"/>
        <w:ind w:leftChars="150" w:left="525" w:hangingChars="100" w:hanging="210"/>
        <w:rPr>
          <w:lang w:eastAsia="ja-JP"/>
        </w:rPr>
      </w:pPr>
      <w:r>
        <w:rPr>
          <w:rFonts w:hint="eastAsia"/>
          <w:lang w:eastAsia="ja-JP"/>
        </w:rPr>
        <w:t>・住宅宿泊事業法第３条第１項の規定による届出に係る届出書の写し</w:t>
      </w:r>
    </w:p>
    <w:p w14:paraId="676B51C6" w14:textId="37F5231A" w:rsidR="00823B06" w:rsidRPr="00320236" w:rsidRDefault="00830436" w:rsidP="00830436">
      <w:pPr>
        <w:spacing w:after="0" w:line="400" w:lineRule="exact"/>
        <w:ind w:leftChars="150" w:left="525" w:hangingChars="100" w:hanging="210"/>
        <w:rPr>
          <w:color w:val="000000" w:themeColor="text1"/>
          <w:lang w:eastAsia="ja-JP"/>
        </w:rPr>
      </w:pPr>
      <w:r>
        <w:rPr>
          <w:rFonts w:hint="eastAsia"/>
          <w:lang w:eastAsia="ja-JP"/>
        </w:rPr>
        <w:t>・当該届出住宅の図面の写し</w:t>
      </w:r>
    </w:p>
    <w:p w14:paraId="5AD955F5" w14:textId="28FF637F" w:rsidR="00DF47D8" w:rsidRPr="00823B06" w:rsidRDefault="00DF47D8" w:rsidP="00823B06">
      <w:pPr>
        <w:spacing w:before="20" w:after="40" w:line="360" w:lineRule="exact"/>
        <w:ind w:left="283"/>
        <w:rPr>
          <w:sz w:val="20"/>
          <w:lang w:eastAsia="ja-JP"/>
        </w:rPr>
      </w:pPr>
    </w:p>
    <w:sectPr w:rsidR="00DF47D8" w:rsidRPr="00823B06" w:rsidSect="00611CF9">
      <w:headerReference w:type="default" r:id="rId8"/>
      <w:pgSz w:w="11906" w:h="16838" w:code="9"/>
      <w:pgMar w:top="1417" w:right="1701" w:bottom="113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270A0" w14:textId="77777777" w:rsidR="00AF7D8C" w:rsidRDefault="00AF7D8C" w:rsidP="00AF7D8C">
      <w:pPr>
        <w:spacing w:after="0" w:line="240" w:lineRule="auto"/>
      </w:pPr>
      <w:r>
        <w:separator/>
      </w:r>
    </w:p>
  </w:endnote>
  <w:endnote w:type="continuationSeparator" w:id="0">
    <w:p w14:paraId="4CA73B63" w14:textId="77777777" w:rsidR="00AF7D8C" w:rsidRDefault="00AF7D8C" w:rsidP="00AF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r ??fc">
    <w:altName w:val="Cambria"/>
    <w:panose1 w:val="00000000000000000000"/>
    <w:charset w:val="00"/>
    <w:family w:val="roma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C8712" w14:textId="77777777" w:rsidR="00AF7D8C" w:rsidRDefault="00AF7D8C" w:rsidP="00AF7D8C">
      <w:pPr>
        <w:spacing w:after="0" w:line="240" w:lineRule="auto"/>
      </w:pPr>
      <w:r>
        <w:separator/>
      </w:r>
    </w:p>
  </w:footnote>
  <w:footnote w:type="continuationSeparator" w:id="0">
    <w:p w14:paraId="67BEDFE0" w14:textId="77777777" w:rsidR="00AF7D8C" w:rsidRDefault="00AF7D8C" w:rsidP="00AF7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DE3F" w14:textId="798C44CC" w:rsidR="00E1133B" w:rsidRPr="00E1133B" w:rsidRDefault="00E1133B" w:rsidP="00E1133B">
    <w:pPr>
      <w:pStyle w:val="a5"/>
      <w:jc w:val="center"/>
      <w:rPr>
        <w:rFonts w:ascii="ＭＳ Ｐゴシック" w:eastAsia="ＭＳ Ｐゴシック" w:hAnsi="ＭＳ Ｐゴシック"/>
        <w:color w:val="FF0000"/>
        <w:sz w:val="52"/>
        <w:szCs w:val="52"/>
      </w:rPr>
    </w:pPr>
    <w:r w:rsidRPr="00E1133B">
      <w:rPr>
        <w:rFonts w:ascii="ＭＳ Ｐゴシック" w:eastAsia="ＭＳ Ｐゴシック" w:hAnsi="ＭＳ Ｐゴシック" w:hint="eastAsia"/>
        <w:color w:val="FF0000"/>
        <w:sz w:val="52"/>
        <w:szCs w:val="52"/>
        <w:lang w:eastAsia="ja-JP"/>
      </w:rPr>
      <w:t>記入例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07372883">
    <w:abstractNumId w:val="8"/>
  </w:num>
  <w:num w:numId="2" w16cid:durableId="1933779055">
    <w:abstractNumId w:val="6"/>
  </w:num>
  <w:num w:numId="3" w16cid:durableId="1138763896">
    <w:abstractNumId w:val="5"/>
  </w:num>
  <w:num w:numId="4" w16cid:durableId="1713576581">
    <w:abstractNumId w:val="4"/>
  </w:num>
  <w:num w:numId="5" w16cid:durableId="195434903">
    <w:abstractNumId w:val="7"/>
  </w:num>
  <w:num w:numId="6" w16cid:durableId="1585383807">
    <w:abstractNumId w:val="3"/>
  </w:num>
  <w:num w:numId="7" w16cid:durableId="472261182">
    <w:abstractNumId w:val="2"/>
  </w:num>
  <w:num w:numId="8" w16cid:durableId="503403963">
    <w:abstractNumId w:val="1"/>
  </w:num>
  <w:num w:numId="9" w16cid:durableId="120548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9A4"/>
    <w:rsid w:val="00034616"/>
    <w:rsid w:val="0006063C"/>
    <w:rsid w:val="000C6661"/>
    <w:rsid w:val="00137E9E"/>
    <w:rsid w:val="0015074B"/>
    <w:rsid w:val="001A64DB"/>
    <w:rsid w:val="001E1D12"/>
    <w:rsid w:val="0029639D"/>
    <w:rsid w:val="002F7A2E"/>
    <w:rsid w:val="003126D1"/>
    <w:rsid w:val="00326F90"/>
    <w:rsid w:val="00377FB4"/>
    <w:rsid w:val="003C5393"/>
    <w:rsid w:val="00421D0E"/>
    <w:rsid w:val="00432D19"/>
    <w:rsid w:val="00437471"/>
    <w:rsid w:val="00446EC7"/>
    <w:rsid w:val="00466F03"/>
    <w:rsid w:val="00475FA0"/>
    <w:rsid w:val="00493FF5"/>
    <w:rsid w:val="004C768F"/>
    <w:rsid w:val="005B0A7D"/>
    <w:rsid w:val="005F4033"/>
    <w:rsid w:val="006104E2"/>
    <w:rsid w:val="00610859"/>
    <w:rsid w:val="00611CF9"/>
    <w:rsid w:val="0061367C"/>
    <w:rsid w:val="00661958"/>
    <w:rsid w:val="006D313B"/>
    <w:rsid w:val="006D6D25"/>
    <w:rsid w:val="00783120"/>
    <w:rsid w:val="00823B06"/>
    <w:rsid w:val="00830436"/>
    <w:rsid w:val="00837ED0"/>
    <w:rsid w:val="00863B82"/>
    <w:rsid w:val="008C75FC"/>
    <w:rsid w:val="008E6BA3"/>
    <w:rsid w:val="009862E2"/>
    <w:rsid w:val="009D1CF5"/>
    <w:rsid w:val="00A10DC0"/>
    <w:rsid w:val="00A2217A"/>
    <w:rsid w:val="00A42DDF"/>
    <w:rsid w:val="00AA1D8D"/>
    <w:rsid w:val="00AD26C1"/>
    <w:rsid w:val="00AD6828"/>
    <w:rsid w:val="00AF7D8C"/>
    <w:rsid w:val="00B03911"/>
    <w:rsid w:val="00B3111D"/>
    <w:rsid w:val="00B47730"/>
    <w:rsid w:val="00B60523"/>
    <w:rsid w:val="00BA5A7B"/>
    <w:rsid w:val="00BA6733"/>
    <w:rsid w:val="00BC0467"/>
    <w:rsid w:val="00BC202F"/>
    <w:rsid w:val="00BF1F66"/>
    <w:rsid w:val="00CB0664"/>
    <w:rsid w:val="00DE053A"/>
    <w:rsid w:val="00DF47D8"/>
    <w:rsid w:val="00E1133B"/>
    <w:rsid w:val="00E41822"/>
    <w:rsid w:val="00E54841"/>
    <w:rsid w:val="00E96CBD"/>
    <w:rsid w:val="00EA632A"/>
    <w:rsid w:val="00EB3D71"/>
    <w:rsid w:val="00EC7B4A"/>
    <w:rsid w:val="00EE14CE"/>
    <w:rsid w:val="00F20B89"/>
    <w:rsid w:val="00F473EB"/>
    <w:rsid w:val="00F525E3"/>
    <w:rsid w:val="00FC693F"/>
    <w:rsid w:val="00FC6D2E"/>
    <w:rsid w:val="00FC7DD3"/>
    <w:rsid w:val="00FE4BD7"/>
    <w:rsid w:val="00FE586D"/>
    <w:rsid w:val="00FE5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v:textbox inset="5.85pt,.7pt,5.85pt,.7pt"/>
    </o:shapedefaults>
    <o:shapelayout v:ext="edit">
      <o:idmap v:ext="edit" data="1"/>
    </o:shapelayout>
  </w:shapeDefaults>
  <w:decimalSymbol w:val="."/>
  <w:listSeparator w:val=","/>
  <w14:docId w14:val="53D17694"/>
  <w14:defaultImageDpi w14:val="300"/>
  <w15:docId w15:val="{2616BE51-6FDC-4451-B681-5FFFB667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eastAsia="ＭＳ 明朝" w:hAnsi="ＭＳ 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146</TotalTime>
  <Pages>2</Pages>
  <Words>151</Words>
  <Characters>864</Characters>
  <DocSecurity>0</DocSecurity>
  <Lines>7</Lines>
  <Paragraphs>2</Paragraphs>
  <ScaleCrop>false</ScaleCrop>
  <LinksUpToDate>false</LinksUpToDate>
  <CharactersWithSpaces>1013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2026-07-27T03:49:00Z</cp:lastPrinted>
  <dcterms:created xsi:type="dcterms:W3CDTF">2013-12-23T23:15:00Z</dcterms:created>
  <dcterms:modified xsi:type="dcterms:W3CDTF">2026-07-27T05:24:00Z</dcterms:modified>
</cp:coreProperties>
</file>